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F059FC" w14:paraId="22FE5B94" w14:textId="77777777">
        <w:tc>
          <w:tcPr>
            <w:tcW w:w="5112" w:type="dxa"/>
            <w:shd w:val="clear" w:color="auto" w:fill="173F7A"/>
          </w:tcPr>
          <w:p w14:paraId="366E1611" w14:textId="77777777" w:rsidR="00F059FC" w:rsidRDefault="00011520">
            <w:r>
              <w:rPr>
                <w:noProof/>
              </w:rPr>
              <w:drawing>
                <wp:inline distT="0" distB="0" distL="0" distR="0" wp14:anchorId="716F9E21" wp14:editId="62125AE0">
                  <wp:extent cx="731520" cy="597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(12)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59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2" w:type="dxa"/>
            <w:shd w:val="clear" w:color="auto" w:fill="173F7A"/>
          </w:tcPr>
          <w:p w14:paraId="38515388" w14:textId="77777777" w:rsidR="00F059FC" w:rsidRDefault="00011520">
            <w:pPr>
              <w:jc w:val="center"/>
            </w:pPr>
            <w:r>
              <w:rPr>
                <w:b/>
                <w:color w:val="FFFFFF"/>
                <w:sz w:val="40"/>
              </w:rPr>
              <w:t>WRAPAROUND CARE ASSISTANT</w:t>
            </w:r>
            <w:r>
              <w:rPr>
                <w:b/>
                <w:color w:val="FFFFFF"/>
                <w:sz w:val="40"/>
              </w:rPr>
              <w:br/>
            </w:r>
            <w:r>
              <w:rPr>
                <w:color w:val="FFFFFF"/>
                <w:sz w:val="26"/>
              </w:rPr>
              <w:t>Job Description &amp; Person Specification</w:t>
            </w:r>
            <w:r>
              <w:rPr>
                <w:color w:val="FFFFFF"/>
                <w:sz w:val="26"/>
              </w:rPr>
              <w:br/>
            </w:r>
            <w:r>
              <w:rPr>
                <w:color w:val="FFD700"/>
              </w:rPr>
              <w:t>Kingfisher Breakfast &amp; After School Club</w:t>
            </w:r>
            <w:r>
              <w:rPr>
                <w:color w:val="FFD700"/>
              </w:rPr>
              <w:br/>
              <w:t>Kind • Confident • Curious</w:t>
            </w:r>
          </w:p>
        </w:tc>
      </w:tr>
    </w:tbl>
    <w:p w14:paraId="130C0812" w14:textId="77777777" w:rsidR="00F059FC" w:rsidRDefault="00011520">
      <w:pPr>
        <w:pStyle w:val="Heading1"/>
      </w:pPr>
      <w:r>
        <w:t>Job Description</w:t>
      </w:r>
    </w:p>
    <w:p w14:paraId="4F9E6312" w14:textId="77777777" w:rsidR="00F059FC" w:rsidRDefault="00011520">
      <w:pPr>
        <w:pStyle w:val="Heading2"/>
      </w:pPr>
      <w:r>
        <w:t>Purpose of the Role</w:t>
      </w:r>
    </w:p>
    <w:p w14:paraId="0A4B7CCA" w14:textId="77777777" w:rsidR="00F059FC" w:rsidRDefault="00011520">
      <w:r>
        <w:t xml:space="preserve">To support the delivery of high-quality wraparound care through Barham's </w:t>
      </w:r>
      <w:r>
        <w:t>Kingfisher Breakfast and After School Club, ensuring children enjoy a safe, caring and stimulating environment before and after the school day.</w:t>
      </w:r>
    </w:p>
    <w:p w14:paraId="0CFEFD4B" w14:textId="77777777" w:rsidR="00F059FC" w:rsidRDefault="00011520">
      <w:pPr>
        <w:pStyle w:val="Heading2"/>
      </w:pPr>
      <w:r>
        <w:t>Working Hours</w:t>
      </w:r>
    </w:p>
    <w:p w14:paraId="2D47EAA8" w14:textId="77777777" w:rsidR="00F059FC" w:rsidRDefault="00011520">
      <w:r>
        <w:t>Breakfast Club: 7:45am–8:35am</w:t>
      </w:r>
      <w:r>
        <w:br/>
        <w:t>After School Club: 3:00pm–6:00pm, Monday to Friday, term time only.</w:t>
      </w:r>
    </w:p>
    <w:p w14:paraId="3B0202A7" w14:textId="77777777" w:rsidR="00F059FC" w:rsidRDefault="00011520">
      <w:pPr>
        <w:pStyle w:val="Heading2"/>
      </w:pPr>
      <w:r>
        <w:t>Main Responsibilities</w:t>
      </w:r>
    </w:p>
    <w:p w14:paraId="6386D209" w14:textId="0E2F2619" w:rsidR="00F059FC" w:rsidRDefault="00011520">
      <w:r>
        <w:t>• Welcome and supervise children before and after school.</w:t>
      </w:r>
      <w:r>
        <w:br/>
        <w:t>• Plan and support engaging indoor and outdoor activities.</w:t>
      </w:r>
      <w:r>
        <w:br/>
        <w:t>• Prepare and serve healthy breakfasts and after-school snacks.</w:t>
      </w:r>
      <w:r>
        <w:br/>
        <w:t>• Promote positive behaviour and inclusion.</w:t>
      </w:r>
      <w:r>
        <w:br/>
        <w:t xml:space="preserve">• Follow </w:t>
      </w:r>
      <w:r>
        <w:t>safeguarding, health and safety and first aid procedures.</w:t>
      </w:r>
      <w:r>
        <w:br/>
        <w:t>• Ensure safe collection of children.</w:t>
      </w:r>
      <w:r>
        <w:br/>
        <w:t>• Work effectively as part of the Kingfisher team.</w:t>
      </w:r>
      <w:r w:rsidR="00C3064F">
        <w:t xml:space="preserve"> </w:t>
      </w:r>
    </w:p>
    <w:p w14:paraId="46349F20" w14:textId="77777777" w:rsidR="00F059FC" w:rsidRDefault="00011520">
      <w:pPr>
        <w:pStyle w:val="Heading1"/>
      </w:pPr>
      <w:r>
        <w:t>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6"/>
        <w:gridCol w:w="5108"/>
      </w:tblGrid>
      <w:tr w:rsidR="00F059FC" w14:paraId="7E5BC946" w14:textId="77777777">
        <w:tc>
          <w:tcPr>
            <w:tcW w:w="5112" w:type="dxa"/>
          </w:tcPr>
          <w:p w14:paraId="6BC97221" w14:textId="77777777" w:rsidR="00F059FC" w:rsidRPr="00C84253" w:rsidRDefault="00011520">
            <w:pPr>
              <w:rPr>
                <w:b/>
                <w:bCs/>
              </w:rPr>
            </w:pPr>
            <w:r w:rsidRPr="00C84253">
              <w:rPr>
                <w:b/>
                <w:bCs/>
              </w:rPr>
              <w:t>Essential</w:t>
            </w:r>
          </w:p>
        </w:tc>
        <w:tc>
          <w:tcPr>
            <w:tcW w:w="5112" w:type="dxa"/>
          </w:tcPr>
          <w:p w14:paraId="2A2C3E39" w14:textId="77777777" w:rsidR="00F059FC" w:rsidRPr="00C84253" w:rsidRDefault="00011520">
            <w:pPr>
              <w:rPr>
                <w:b/>
                <w:bCs/>
              </w:rPr>
            </w:pPr>
            <w:r w:rsidRPr="00C84253">
              <w:rPr>
                <w:b/>
                <w:bCs/>
              </w:rPr>
              <w:t>Desirable</w:t>
            </w:r>
          </w:p>
        </w:tc>
      </w:tr>
      <w:tr w:rsidR="00F059FC" w14:paraId="4644D60C" w14:textId="77777777">
        <w:tc>
          <w:tcPr>
            <w:tcW w:w="5112" w:type="dxa"/>
          </w:tcPr>
          <w:p w14:paraId="224587F4" w14:textId="77777777" w:rsidR="00F059FC" w:rsidRDefault="00011520">
            <w:r>
              <w:t>Experience working with primary-aged children.</w:t>
            </w:r>
          </w:p>
        </w:tc>
        <w:tc>
          <w:tcPr>
            <w:tcW w:w="5112" w:type="dxa"/>
          </w:tcPr>
          <w:p w14:paraId="607D697D" w14:textId="77777777" w:rsidR="00F059FC" w:rsidRDefault="00011520">
            <w:r>
              <w:t>Wraparound, holiday club or childcare experience.</w:t>
            </w:r>
          </w:p>
        </w:tc>
      </w:tr>
      <w:tr w:rsidR="00F059FC" w14:paraId="315F1A14" w14:textId="77777777">
        <w:tc>
          <w:tcPr>
            <w:tcW w:w="5112" w:type="dxa"/>
          </w:tcPr>
          <w:p w14:paraId="59D46AF1" w14:textId="77777777" w:rsidR="00F059FC" w:rsidRDefault="00011520">
            <w:r>
              <w:t>Good communication and teamwork.</w:t>
            </w:r>
          </w:p>
        </w:tc>
        <w:tc>
          <w:tcPr>
            <w:tcW w:w="5112" w:type="dxa"/>
          </w:tcPr>
          <w:p w14:paraId="45177E8F" w14:textId="77777777" w:rsidR="00F059FC" w:rsidRDefault="00011520">
            <w:r>
              <w:t>Paediatric First Aid qualification.</w:t>
            </w:r>
          </w:p>
        </w:tc>
      </w:tr>
      <w:tr w:rsidR="00F059FC" w14:paraId="022FB1CE" w14:textId="77777777">
        <w:tc>
          <w:tcPr>
            <w:tcW w:w="5112" w:type="dxa"/>
          </w:tcPr>
          <w:p w14:paraId="28783AD9" w14:textId="77777777" w:rsidR="00F059FC" w:rsidRDefault="00011520">
            <w:r>
              <w:t>Reliable, caring and enthusiastic.</w:t>
            </w:r>
          </w:p>
        </w:tc>
        <w:tc>
          <w:tcPr>
            <w:tcW w:w="5112" w:type="dxa"/>
          </w:tcPr>
          <w:p w14:paraId="2776588C" w14:textId="77777777" w:rsidR="00F059FC" w:rsidRDefault="00011520">
            <w:r>
              <w:t>Food Hygiene Certificate.</w:t>
            </w:r>
          </w:p>
        </w:tc>
      </w:tr>
      <w:tr w:rsidR="00F059FC" w14:paraId="348CB162" w14:textId="77777777">
        <w:tc>
          <w:tcPr>
            <w:tcW w:w="5112" w:type="dxa"/>
          </w:tcPr>
          <w:p w14:paraId="7AC4CF20" w14:textId="77777777" w:rsidR="00F059FC" w:rsidRDefault="00011520">
            <w:r>
              <w:t>Understanding of safeguarding.</w:t>
            </w:r>
          </w:p>
        </w:tc>
        <w:tc>
          <w:tcPr>
            <w:tcW w:w="5112" w:type="dxa"/>
          </w:tcPr>
          <w:p w14:paraId="6B4AEDAB" w14:textId="77777777" w:rsidR="00F059FC" w:rsidRDefault="00011520">
            <w:r>
              <w:t>Childcare/Playwork/Teaching Assistant qual</w:t>
            </w:r>
            <w:r>
              <w:t>ification.</w:t>
            </w:r>
          </w:p>
        </w:tc>
      </w:tr>
      <w:tr w:rsidR="00F059FC" w14:paraId="01CBE69F" w14:textId="77777777">
        <w:tc>
          <w:tcPr>
            <w:tcW w:w="5112" w:type="dxa"/>
          </w:tcPr>
          <w:p w14:paraId="147DC49C" w14:textId="77777777" w:rsidR="00F059FC" w:rsidRDefault="00011520">
            <w:r>
              <w:t>Able to promote positive behaviour.</w:t>
            </w:r>
          </w:p>
        </w:tc>
        <w:tc>
          <w:tcPr>
            <w:tcW w:w="5112" w:type="dxa"/>
          </w:tcPr>
          <w:p w14:paraId="37EC5D81" w14:textId="77777777" w:rsidR="00F059FC" w:rsidRDefault="00011520">
            <w:r>
              <w:t>Experience preparing snacks.</w:t>
            </w:r>
          </w:p>
        </w:tc>
      </w:tr>
    </w:tbl>
    <w:p w14:paraId="065B238D" w14:textId="77777777" w:rsidR="00011520" w:rsidRDefault="00011520"/>
    <w:sectPr w:rsidR="00011520" w:rsidSect="00034616">
      <w:pgSz w:w="12240" w:h="15840"/>
      <w:pgMar w:top="864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520"/>
    <w:rsid w:val="00034616"/>
    <w:rsid w:val="0006063C"/>
    <w:rsid w:val="0015074B"/>
    <w:rsid w:val="0029639D"/>
    <w:rsid w:val="00326F90"/>
    <w:rsid w:val="00AA1D8D"/>
    <w:rsid w:val="00B47730"/>
    <w:rsid w:val="00C3064F"/>
    <w:rsid w:val="00C84253"/>
    <w:rsid w:val="00CB0664"/>
    <w:rsid w:val="00F059F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06DB19"/>
  <w14:defaultImageDpi w14:val="300"/>
  <w15:docId w15:val="{7D8D090F-334F-4109-99DB-43CCFC14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 Duhig</cp:lastModifiedBy>
  <cp:revision>3</cp:revision>
  <dcterms:created xsi:type="dcterms:W3CDTF">2026-08-01T17:25:00Z</dcterms:created>
  <dcterms:modified xsi:type="dcterms:W3CDTF">2026-08-01T17:25:00Z</dcterms:modified>
  <cp:category/>
</cp:coreProperties>
</file>