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6C3AA" w14:textId="77777777" w:rsidR="001E7AC5" w:rsidRPr="00366426" w:rsidRDefault="00366426" w:rsidP="00366426">
      <w:pPr>
        <w:pStyle w:val="Heading1"/>
        <w:spacing w:before="0"/>
        <w:jc w:val="center"/>
        <w:rPr>
          <w:rFonts w:cstheme="majorHAnsi"/>
          <w:color w:val="auto"/>
          <w:sz w:val="24"/>
          <w:szCs w:val="24"/>
        </w:rPr>
      </w:pPr>
      <w:r w:rsidRPr="00366426">
        <w:rPr>
          <w:rFonts w:cstheme="majorHAnsi"/>
          <w:color w:val="auto"/>
          <w:sz w:val="24"/>
          <w:szCs w:val="24"/>
        </w:rPr>
        <w:t>Forest School Leader</w:t>
      </w:r>
    </w:p>
    <w:p w14:paraId="31DCFE8A" w14:textId="373FCF8D" w:rsidR="001E7AC5" w:rsidRPr="00366426" w:rsidRDefault="00366426" w:rsidP="00366426">
      <w:pPr>
        <w:spacing w:after="0"/>
        <w:jc w:val="center"/>
        <w:rPr>
          <w:rFonts w:asciiTheme="majorHAnsi" w:hAnsiTheme="majorHAnsi" w:cstheme="majorHAnsi"/>
          <w:b/>
          <w:bCs/>
          <w:sz w:val="24"/>
          <w:szCs w:val="24"/>
        </w:rPr>
      </w:pPr>
      <w:r w:rsidRPr="00366426">
        <w:rPr>
          <w:rFonts w:asciiTheme="majorHAnsi" w:hAnsiTheme="majorHAnsi" w:cstheme="majorHAnsi"/>
          <w:b/>
          <w:bCs/>
          <w:sz w:val="24"/>
          <w:szCs w:val="24"/>
        </w:rPr>
        <w:t>£</w:t>
      </w:r>
      <w:r>
        <w:rPr>
          <w:rFonts w:asciiTheme="majorHAnsi" w:hAnsiTheme="majorHAnsi" w:cstheme="majorHAnsi"/>
          <w:b/>
          <w:bCs/>
          <w:sz w:val="24"/>
          <w:szCs w:val="24"/>
        </w:rPr>
        <w:t>29</w:t>
      </w:r>
      <w:r w:rsidRPr="00366426">
        <w:rPr>
          <w:rFonts w:asciiTheme="majorHAnsi" w:hAnsiTheme="majorHAnsi" w:cstheme="majorHAnsi"/>
          <w:b/>
          <w:bCs/>
          <w:sz w:val="24"/>
          <w:szCs w:val="24"/>
        </w:rPr>
        <w:t>,000 – £3</w:t>
      </w:r>
      <w:r>
        <w:rPr>
          <w:rFonts w:asciiTheme="majorHAnsi" w:hAnsiTheme="majorHAnsi" w:cstheme="majorHAnsi"/>
          <w:b/>
          <w:bCs/>
          <w:sz w:val="24"/>
          <w:szCs w:val="24"/>
        </w:rPr>
        <w:t>5</w:t>
      </w:r>
      <w:r w:rsidRPr="00366426">
        <w:rPr>
          <w:rFonts w:asciiTheme="majorHAnsi" w:hAnsiTheme="majorHAnsi" w:cstheme="majorHAnsi"/>
          <w:b/>
          <w:bCs/>
          <w:sz w:val="24"/>
          <w:szCs w:val="24"/>
        </w:rPr>
        <w:t>,</w:t>
      </w:r>
      <w:r>
        <w:rPr>
          <w:rFonts w:asciiTheme="majorHAnsi" w:hAnsiTheme="majorHAnsi" w:cstheme="majorHAnsi"/>
          <w:b/>
          <w:bCs/>
          <w:sz w:val="24"/>
          <w:szCs w:val="24"/>
        </w:rPr>
        <w:t>0</w:t>
      </w:r>
      <w:r w:rsidRPr="00366426">
        <w:rPr>
          <w:rFonts w:asciiTheme="majorHAnsi" w:hAnsiTheme="majorHAnsi" w:cstheme="majorHAnsi"/>
          <w:b/>
          <w:bCs/>
          <w:sz w:val="24"/>
          <w:szCs w:val="24"/>
        </w:rPr>
        <w:t>00 per annum</w:t>
      </w:r>
    </w:p>
    <w:p w14:paraId="061DCD4D" w14:textId="77777777" w:rsidR="001E7AC5" w:rsidRPr="00366426" w:rsidRDefault="00366426" w:rsidP="00366426">
      <w:pPr>
        <w:spacing w:after="0"/>
        <w:jc w:val="center"/>
        <w:rPr>
          <w:rFonts w:asciiTheme="majorHAnsi" w:hAnsiTheme="majorHAnsi" w:cstheme="majorHAnsi"/>
          <w:b/>
          <w:bCs/>
          <w:sz w:val="24"/>
          <w:szCs w:val="24"/>
        </w:rPr>
      </w:pPr>
      <w:r w:rsidRPr="00366426">
        <w:rPr>
          <w:rFonts w:asciiTheme="majorHAnsi" w:hAnsiTheme="majorHAnsi" w:cstheme="majorHAnsi"/>
          <w:b/>
          <w:bCs/>
          <w:sz w:val="24"/>
          <w:szCs w:val="24"/>
        </w:rPr>
        <w:t>Full time, term time only</w:t>
      </w:r>
    </w:p>
    <w:p w14:paraId="7A69E434" w14:textId="77777777" w:rsidR="00366426" w:rsidRDefault="00366426">
      <w:pPr>
        <w:rPr>
          <w:rFonts w:asciiTheme="majorHAnsi" w:hAnsiTheme="majorHAnsi" w:cstheme="majorHAnsi"/>
        </w:rPr>
      </w:pPr>
    </w:p>
    <w:p w14:paraId="4059BC4B" w14:textId="36306A47" w:rsidR="001E7AC5" w:rsidRPr="00366426" w:rsidRDefault="00366426">
      <w:pPr>
        <w:rPr>
          <w:rFonts w:asciiTheme="majorHAnsi" w:hAnsiTheme="majorHAnsi" w:cstheme="majorHAnsi"/>
        </w:rPr>
      </w:pPr>
      <w:r w:rsidRPr="00366426">
        <w:rPr>
          <w:rFonts w:asciiTheme="majorHAnsi" w:hAnsiTheme="majorHAnsi" w:cstheme="majorHAnsi"/>
        </w:rPr>
        <w:t xml:space="preserve">The Sallygate School is an Independent Special School catering to the unique needs of pupils with SEMH. Located in the heart of the </w:t>
      </w:r>
      <w:proofErr w:type="spellStart"/>
      <w:r w:rsidRPr="00366426">
        <w:rPr>
          <w:rFonts w:asciiTheme="majorHAnsi" w:hAnsiTheme="majorHAnsi" w:cstheme="majorHAnsi"/>
        </w:rPr>
        <w:t>Alkham</w:t>
      </w:r>
      <w:proofErr w:type="spellEnd"/>
      <w:r w:rsidRPr="00366426">
        <w:rPr>
          <w:rFonts w:asciiTheme="majorHAnsi" w:hAnsiTheme="majorHAnsi" w:cstheme="majorHAnsi"/>
        </w:rPr>
        <w:t xml:space="preserve"> Valley, near Dover, the Sallygate School is part of Channels &amp; Choices Therapeutic Community which comprises several therapeutic residential children’s homes, an independent therapeutic fostering agency and a multi-disciplinary therapy service, including </w:t>
      </w:r>
      <w:proofErr w:type="spellStart"/>
      <w:r w:rsidRPr="00366426">
        <w:rPr>
          <w:rFonts w:asciiTheme="majorHAnsi" w:hAnsiTheme="majorHAnsi" w:cstheme="majorHAnsi"/>
        </w:rPr>
        <w:t>SaLT</w:t>
      </w:r>
      <w:proofErr w:type="spellEnd"/>
      <w:r w:rsidRPr="00366426">
        <w:rPr>
          <w:rFonts w:asciiTheme="majorHAnsi" w:hAnsiTheme="majorHAnsi" w:cstheme="majorHAnsi"/>
        </w:rPr>
        <w:t xml:space="preserve"> &amp; OT service.</w:t>
      </w:r>
    </w:p>
    <w:p w14:paraId="4D99615C" w14:textId="77777777" w:rsidR="001E7AC5" w:rsidRPr="00366426" w:rsidRDefault="00366426">
      <w:pPr>
        <w:pStyle w:val="Heading2"/>
        <w:rPr>
          <w:rFonts w:cstheme="majorHAnsi"/>
          <w:color w:val="auto"/>
          <w:sz w:val="22"/>
          <w:szCs w:val="22"/>
        </w:rPr>
      </w:pPr>
      <w:r w:rsidRPr="00366426">
        <w:rPr>
          <w:rFonts w:cstheme="majorHAnsi"/>
          <w:color w:val="auto"/>
          <w:sz w:val="22"/>
          <w:szCs w:val="22"/>
        </w:rPr>
        <w:t>Additional Perks, Rewards and Benefits</w:t>
      </w:r>
    </w:p>
    <w:p w14:paraId="1038F7A4" w14:textId="674A11D8"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Private Optical, Dental and Audiological cover</w:t>
      </w:r>
    </w:p>
    <w:p w14:paraId="748113A9" w14:textId="0DDD9D57"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Private Medical care</w:t>
      </w:r>
    </w:p>
    <w:p w14:paraId="16DC265E" w14:textId="29E31E58"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Long service awards for 5-, 10- and 15-years’ service</w:t>
      </w:r>
    </w:p>
    <w:p w14:paraId="16B8B440" w14:textId="40C66886"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Regular team building days, parties, meals and more!</w:t>
      </w:r>
    </w:p>
    <w:p w14:paraId="46E7B565" w14:textId="44CD6296"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 xml:space="preserve">Complimentary health and wellbeing support with our employee assistance </w:t>
      </w:r>
      <w:proofErr w:type="spellStart"/>
      <w:r w:rsidRPr="00366426">
        <w:rPr>
          <w:rFonts w:asciiTheme="majorHAnsi" w:hAnsiTheme="majorHAnsi" w:cstheme="majorHAnsi"/>
        </w:rPr>
        <w:t>programme</w:t>
      </w:r>
      <w:proofErr w:type="spellEnd"/>
    </w:p>
    <w:p w14:paraId="4226BBBB" w14:textId="7C3F0AD0" w:rsidR="001E7AC5" w:rsidRPr="00366426" w:rsidRDefault="00366426" w:rsidP="000529FB">
      <w:pPr>
        <w:pStyle w:val="ListBullet"/>
        <w:numPr>
          <w:ilvl w:val="0"/>
          <w:numId w:val="10"/>
        </w:numPr>
        <w:rPr>
          <w:rFonts w:asciiTheme="majorHAnsi" w:hAnsiTheme="majorHAnsi" w:cstheme="majorHAnsi"/>
        </w:rPr>
      </w:pPr>
      <w:r w:rsidRPr="00366426">
        <w:rPr>
          <w:rFonts w:asciiTheme="majorHAnsi" w:hAnsiTheme="majorHAnsi" w:cstheme="majorHAnsi"/>
        </w:rPr>
        <w:t>Full Induction training Package</w:t>
      </w:r>
    </w:p>
    <w:p w14:paraId="1A0AD748" w14:textId="77777777" w:rsidR="001E7AC5" w:rsidRPr="00366426" w:rsidRDefault="00366426">
      <w:pPr>
        <w:pStyle w:val="Heading2"/>
        <w:rPr>
          <w:rFonts w:cstheme="majorHAnsi"/>
          <w:color w:val="auto"/>
          <w:sz w:val="22"/>
          <w:szCs w:val="22"/>
        </w:rPr>
      </w:pPr>
      <w:r w:rsidRPr="00366426">
        <w:rPr>
          <w:rFonts w:cstheme="majorHAnsi"/>
          <w:color w:val="auto"/>
          <w:sz w:val="22"/>
          <w:szCs w:val="22"/>
        </w:rPr>
        <w:t>Job Summary</w:t>
      </w:r>
    </w:p>
    <w:p w14:paraId="3FF91EC7" w14:textId="77777777" w:rsidR="00501518" w:rsidRPr="00366426" w:rsidRDefault="00366426">
      <w:pPr>
        <w:rPr>
          <w:rFonts w:asciiTheme="majorHAnsi" w:hAnsiTheme="majorHAnsi" w:cstheme="majorHAnsi"/>
        </w:rPr>
      </w:pPr>
      <w:r w:rsidRPr="00366426">
        <w:rPr>
          <w:rFonts w:asciiTheme="majorHAnsi" w:hAnsiTheme="majorHAnsi" w:cstheme="majorHAnsi"/>
        </w:rPr>
        <w:t xml:space="preserve">We are seeking a skilled and enthusiastic Level 3 qualified Forest School Leader to </w:t>
      </w:r>
      <w:r w:rsidR="00D20DB8" w:rsidRPr="00366426">
        <w:rPr>
          <w:rFonts w:asciiTheme="majorHAnsi" w:hAnsiTheme="majorHAnsi" w:cstheme="majorHAnsi"/>
        </w:rPr>
        <w:t xml:space="preserve">support the further </w:t>
      </w:r>
      <w:r w:rsidRPr="00366426">
        <w:rPr>
          <w:rFonts w:asciiTheme="majorHAnsi" w:hAnsiTheme="majorHAnsi" w:cstheme="majorHAnsi"/>
        </w:rPr>
        <w:t>develop</w:t>
      </w:r>
      <w:r w:rsidR="00D20DB8" w:rsidRPr="00366426">
        <w:rPr>
          <w:rFonts w:asciiTheme="majorHAnsi" w:hAnsiTheme="majorHAnsi" w:cstheme="majorHAnsi"/>
        </w:rPr>
        <w:t>ment</w:t>
      </w:r>
      <w:r w:rsidRPr="00366426">
        <w:rPr>
          <w:rFonts w:asciiTheme="majorHAnsi" w:hAnsiTheme="majorHAnsi" w:cstheme="majorHAnsi"/>
        </w:rPr>
        <w:t xml:space="preserve"> and lead</w:t>
      </w:r>
      <w:r w:rsidR="00D20DB8" w:rsidRPr="00366426">
        <w:rPr>
          <w:rFonts w:asciiTheme="majorHAnsi" w:hAnsiTheme="majorHAnsi" w:cstheme="majorHAnsi"/>
        </w:rPr>
        <w:t>ership</w:t>
      </w:r>
      <w:r w:rsidR="00501518" w:rsidRPr="00366426">
        <w:rPr>
          <w:rFonts w:asciiTheme="majorHAnsi" w:hAnsiTheme="majorHAnsi" w:cstheme="majorHAnsi"/>
        </w:rPr>
        <w:t xml:space="preserve"> of</w:t>
      </w:r>
      <w:r w:rsidRPr="00366426">
        <w:rPr>
          <w:rFonts w:asciiTheme="majorHAnsi" w:hAnsiTheme="majorHAnsi" w:cstheme="majorHAnsi"/>
        </w:rPr>
        <w:t xml:space="preserve"> our </w:t>
      </w:r>
      <w:r w:rsidR="00501518" w:rsidRPr="00366426">
        <w:rPr>
          <w:rFonts w:asciiTheme="majorHAnsi" w:hAnsiTheme="majorHAnsi" w:cstheme="majorHAnsi"/>
        </w:rPr>
        <w:t xml:space="preserve">established </w:t>
      </w:r>
      <w:r w:rsidRPr="00366426">
        <w:rPr>
          <w:rFonts w:asciiTheme="majorHAnsi" w:hAnsiTheme="majorHAnsi" w:cstheme="majorHAnsi"/>
        </w:rPr>
        <w:t>Forest School provision, working with pupils aged 7–16 with a range of SEMH and associated needs.</w:t>
      </w:r>
      <w:r w:rsidRPr="00366426">
        <w:rPr>
          <w:rFonts w:asciiTheme="majorHAnsi" w:hAnsiTheme="majorHAnsi" w:cstheme="majorHAnsi"/>
        </w:rPr>
        <w:br/>
      </w:r>
      <w:r w:rsidRPr="00366426">
        <w:rPr>
          <w:rFonts w:asciiTheme="majorHAnsi" w:hAnsiTheme="majorHAnsi" w:cstheme="majorHAnsi"/>
        </w:rPr>
        <w:br/>
        <w:t xml:space="preserve">You will play a key role in planning and delivering structured, therapeutic outdoor learning experiences that support pupils' emotional regulation, social interaction, personal development, and academic progress. </w:t>
      </w:r>
    </w:p>
    <w:p w14:paraId="2CF1AA64" w14:textId="6E54A2DE" w:rsidR="001E7AC5" w:rsidRPr="00366426" w:rsidRDefault="00366426">
      <w:pPr>
        <w:rPr>
          <w:rFonts w:asciiTheme="majorHAnsi" w:hAnsiTheme="majorHAnsi" w:cstheme="majorHAnsi"/>
        </w:rPr>
      </w:pPr>
      <w:r w:rsidRPr="00366426">
        <w:rPr>
          <w:rFonts w:asciiTheme="majorHAnsi" w:hAnsiTheme="majorHAnsi" w:cstheme="majorHAnsi"/>
        </w:rPr>
        <w:t>Working collaboratively with our existing Forest School team, teaching staff and therapy colleagues, you will help ensure that outdoor learning is embedded across the curriculum and aligned with the school’s values of Kindness, Respect, Tolerance and Resilience.</w:t>
      </w:r>
    </w:p>
    <w:p w14:paraId="4E2291DF" w14:textId="6926ADF7" w:rsidR="001E7AC5" w:rsidRPr="00366426" w:rsidRDefault="00366426">
      <w:pPr>
        <w:pStyle w:val="Heading2"/>
        <w:rPr>
          <w:rFonts w:cstheme="majorHAnsi"/>
          <w:color w:val="auto"/>
          <w:sz w:val="22"/>
          <w:szCs w:val="22"/>
        </w:rPr>
      </w:pPr>
      <w:r>
        <w:rPr>
          <w:rFonts w:cstheme="majorHAnsi"/>
          <w:color w:val="auto"/>
          <w:sz w:val="22"/>
          <w:szCs w:val="22"/>
        </w:rPr>
        <w:t xml:space="preserve">Main </w:t>
      </w:r>
      <w:r w:rsidRPr="00366426">
        <w:rPr>
          <w:rFonts w:cstheme="majorHAnsi"/>
          <w:color w:val="auto"/>
          <w:sz w:val="22"/>
          <w:szCs w:val="22"/>
        </w:rPr>
        <w:t>Duties and Responsibilities</w:t>
      </w:r>
    </w:p>
    <w:p w14:paraId="1F430629" w14:textId="0BECBA52" w:rsidR="001E7AC5" w:rsidRPr="00366426" w:rsidRDefault="00366426" w:rsidP="00546F11">
      <w:pPr>
        <w:pStyle w:val="ListBullet"/>
        <w:numPr>
          <w:ilvl w:val="0"/>
          <w:numId w:val="0"/>
        </w:numPr>
        <w:ind w:left="360" w:hanging="360"/>
        <w:rPr>
          <w:rFonts w:asciiTheme="majorHAnsi" w:hAnsiTheme="majorHAnsi" w:cstheme="majorHAnsi"/>
          <w:b/>
          <w:bCs/>
        </w:rPr>
      </w:pPr>
      <w:r w:rsidRPr="00366426">
        <w:rPr>
          <w:rFonts w:asciiTheme="majorHAnsi" w:hAnsiTheme="majorHAnsi" w:cstheme="majorHAnsi"/>
          <w:b/>
          <w:bCs/>
        </w:rPr>
        <w:t xml:space="preserve">Forest School </w:t>
      </w:r>
    </w:p>
    <w:p w14:paraId="695006D1" w14:textId="5A0E2045" w:rsidR="001E7AC5" w:rsidRPr="00366426" w:rsidRDefault="00366426">
      <w:pPr>
        <w:pStyle w:val="ListBullet2"/>
        <w:rPr>
          <w:rFonts w:asciiTheme="majorHAnsi" w:hAnsiTheme="majorHAnsi" w:cstheme="majorHAnsi"/>
        </w:rPr>
      </w:pPr>
      <w:r w:rsidRPr="00366426">
        <w:rPr>
          <w:rFonts w:asciiTheme="majorHAnsi" w:hAnsiTheme="majorHAnsi" w:cstheme="majorHAnsi"/>
        </w:rPr>
        <w:t xml:space="preserve">Lead the development and delivery of the Forest School </w:t>
      </w:r>
      <w:proofErr w:type="spellStart"/>
      <w:r w:rsidRPr="00366426">
        <w:rPr>
          <w:rFonts w:asciiTheme="majorHAnsi" w:hAnsiTheme="majorHAnsi" w:cstheme="majorHAnsi"/>
        </w:rPr>
        <w:t>programme</w:t>
      </w:r>
      <w:proofErr w:type="spellEnd"/>
      <w:r w:rsidRPr="00366426">
        <w:rPr>
          <w:rFonts w:asciiTheme="majorHAnsi" w:hAnsiTheme="majorHAnsi" w:cstheme="majorHAnsi"/>
        </w:rPr>
        <w:t>, including planning, risk assessments, and activity design.</w:t>
      </w:r>
    </w:p>
    <w:p w14:paraId="3E227B68" w14:textId="676D3AB3" w:rsidR="001E7AC5" w:rsidRPr="00366426" w:rsidRDefault="00366426">
      <w:pPr>
        <w:pStyle w:val="ListBullet2"/>
        <w:rPr>
          <w:rFonts w:asciiTheme="majorHAnsi" w:hAnsiTheme="majorHAnsi" w:cstheme="majorHAnsi"/>
        </w:rPr>
      </w:pPr>
      <w:r w:rsidRPr="00366426">
        <w:rPr>
          <w:rFonts w:asciiTheme="majorHAnsi" w:hAnsiTheme="majorHAnsi" w:cstheme="majorHAnsi"/>
        </w:rPr>
        <w:t>Supervise and support pupils, ensuring safety and engagement in outdoor learning activities.</w:t>
      </w:r>
    </w:p>
    <w:p w14:paraId="4BE52BCF" w14:textId="7E68B1A4" w:rsidR="001E7AC5" w:rsidRPr="00366426" w:rsidRDefault="00366426">
      <w:pPr>
        <w:pStyle w:val="ListBullet2"/>
        <w:rPr>
          <w:rFonts w:asciiTheme="majorHAnsi" w:hAnsiTheme="majorHAnsi" w:cstheme="majorHAnsi"/>
        </w:rPr>
      </w:pPr>
      <w:r w:rsidRPr="00366426">
        <w:rPr>
          <w:rFonts w:asciiTheme="majorHAnsi" w:hAnsiTheme="majorHAnsi" w:cstheme="majorHAnsi"/>
        </w:rPr>
        <w:t>Model and promote positive behaviour through therapeutic and relational approaches.</w:t>
      </w:r>
    </w:p>
    <w:p w14:paraId="31CE74AC" w14:textId="22DCC8ED" w:rsidR="001E7AC5" w:rsidRPr="00366426" w:rsidRDefault="00366426">
      <w:pPr>
        <w:pStyle w:val="ListBullet2"/>
        <w:rPr>
          <w:rFonts w:asciiTheme="majorHAnsi" w:hAnsiTheme="majorHAnsi" w:cstheme="majorHAnsi"/>
        </w:rPr>
      </w:pPr>
      <w:r w:rsidRPr="00366426">
        <w:rPr>
          <w:rFonts w:asciiTheme="majorHAnsi" w:hAnsiTheme="majorHAnsi" w:cstheme="majorHAnsi"/>
        </w:rPr>
        <w:t>Maintain and prepare equipment and spaces for Forest School sessions.</w:t>
      </w:r>
    </w:p>
    <w:p w14:paraId="585EC778" w14:textId="3DD1598B" w:rsidR="001E7AC5" w:rsidRPr="00366426" w:rsidRDefault="00366426">
      <w:pPr>
        <w:pStyle w:val="ListBullet2"/>
        <w:rPr>
          <w:rFonts w:asciiTheme="majorHAnsi" w:hAnsiTheme="majorHAnsi" w:cstheme="majorHAnsi"/>
        </w:rPr>
      </w:pPr>
      <w:r w:rsidRPr="00366426">
        <w:rPr>
          <w:rFonts w:asciiTheme="majorHAnsi" w:hAnsiTheme="majorHAnsi" w:cstheme="majorHAnsi"/>
        </w:rPr>
        <w:t>Observe, assess, and contribute to pupil progress records and planning reviews.</w:t>
      </w:r>
    </w:p>
    <w:p w14:paraId="47173064" w14:textId="7701179B" w:rsidR="001E7AC5" w:rsidRPr="00366426" w:rsidRDefault="00366426">
      <w:pPr>
        <w:pStyle w:val="ListBullet2"/>
        <w:rPr>
          <w:rFonts w:asciiTheme="majorHAnsi" w:hAnsiTheme="majorHAnsi" w:cstheme="majorHAnsi"/>
        </w:rPr>
      </w:pPr>
      <w:r w:rsidRPr="00366426">
        <w:rPr>
          <w:rFonts w:asciiTheme="majorHAnsi" w:hAnsiTheme="majorHAnsi" w:cstheme="majorHAnsi"/>
        </w:rPr>
        <w:lastRenderedPageBreak/>
        <w:t>Coordinate with the wider school team to integrate outdoor learning into the curriculum.</w:t>
      </w:r>
    </w:p>
    <w:p w14:paraId="5FA85873" w14:textId="77777777" w:rsidR="001E7AC5" w:rsidRPr="00366426" w:rsidRDefault="00366426" w:rsidP="00546F11">
      <w:pPr>
        <w:pStyle w:val="ListBullet"/>
        <w:numPr>
          <w:ilvl w:val="0"/>
          <w:numId w:val="0"/>
        </w:numPr>
        <w:ind w:left="360" w:hanging="360"/>
        <w:rPr>
          <w:rFonts w:asciiTheme="majorHAnsi" w:hAnsiTheme="majorHAnsi" w:cstheme="majorHAnsi"/>
          <w:b/>
          <w:bCs/>
        </w:rPr>
      </w:pPr>
      <w:r w:rsidRPr="00366426">
        <w:rPr>
          <w:rFonts w:asciiTheme="majorHAnsi" w:hAnsiTheme="majorHAnsi" w:cstheme="majorHAnsi"/>
          <w:b/>
          <w:bCs/>
        </w:rPr>
        <w:t>Safeguarding and Compliance</w:t>
      </w:r>
    </w:p>
    <w:p w14:paraId="585611BC" w14:textId="3F70AC44" w:rsidR="001E7AC5" w:rsidRPr="00366426" w:rsidRDefault="00366426">
      <w:pPr>
        <w:pStyle w:val="ListBullet2"/>
        <w:rPr>
          <w:rFonts w:asciiTheme="majorHAnsi" w:hAnsiTheme="majorHAnsi" w:cstheme="majorHAnsi"/>
        </w:rPr>
      </w:pPr>
      <w:r w:rsidRPr="00366426">
        <w:rPr>
          <w:rFonts w:asciiTheme="majorHAnsi" w:hAnsiTheme="majorHAnsi" w:cstheme="majorHAnsi"/>
        </w:rPr>
        <w:t>Follow and promote all school safeguarding procedures and policies.</w:t>
      </w:r>
    </w:p>
    <w:p w14:paraId="78F350F4" w14:textId="2E0DEF96" w:rsidR="001E7AC5" w:rsidRPr="00366426" w:rsidRDefault="00366426">
      <w:pPr>
        <w:pStyle w:val="ListBullet2"/>
        <w:rPr>
          <w:rFonts w:asciiTheme="majorHAnsi" w:hAnsiTheme="majorHAnsi" w:cstheme="majorHAnsi"/>
        </w:rPr>
      </w:pPr>
      <w:r w:rsidRPr="00366426">
        <w:rPr>
          <w:rFonts w:asciiTheme="majorHAnsi" w:hAnsiTheme="majorHAnsi" w:cstheme="majorHAnsi"/>
        </w:rPr>
        <w:t>Maintain confidentiality and data protection (GDPR) standards.</w:t>
      </w:r>
    </w:p>
    <w:p w14:paraId="2975A3EB" w14:textId="776C0953" w:rsidR="001E7AC5" w:rsidRPr="00366426" w:rsidRDefault="00366426">
      <w:pPr>
        <w:pStyle w:val="ListBullet2"/>
        <w:rPr>
          <w:rFonts w:asciiTheme="majorHAnsi" w:hAnsiTheme="majorHAnsi" w:cstheme="majorHAnsi"/>
        </w:rPr>
      </w:pPr>
      <w:r w:rsidRPr="00366426">
        <w:rPr>
          <w:rFonts w:asciiTheme="majorHAnsi" w:hAnsiTheme="majorHAnsi" w:cstheme="majorHAnsi"/>
        </w:rPr>
        <w:t>Attend training and comply with health and safety expectations.</w:t>
      </w:r>
    </w:p>
    <w:p w14:paraId="211E2AD7" w14:textId="77777777" w:rsidR="001E7AC5" w:rsidRPr="00366426" w:rsidRDefault="00366426" w:rsidP="00546F11">
      <w:pPr>
        <w:pStyle w:val="ListBullet"/>
        <w:numPr>
          <w:ilvl w:val="0"/>
          <w:numId w:val="0"/>
        </w:numPr>
        <w:ind w:left="360" w:hanging="360"/>
        <w:rPr>
          <w:rFonts w:asciiTheme="majorHAnsi" w:hAnsiTheme="majorHAnsi" w:cstheme="majorHAnsi"/>
          <w:b/>
          <w:bCs/>
        </w:rPr>
      </w:pPr>
      <w:r w:rsidRPr="00366426">
        <w:rPr>
          <w:rFonts w:asciiTheme="majorHAnsi" w:hAnsiTheme="majorHAnsi" w:cstheme="majorHAnsi"/>
          <w:b/>
          <w:bCs/>
        </w:rPr>
        <w:t>Pupil Support and Inclusion</w:t>
      </w:r>
    </w:p>
    <w:p w14:paraId="1D5E43FD" w14:textId="77FA2F98" w:rsidR="001E7AC5" w:rsidRPr="00366426" w:rsidRDefault="00366426">
      <w:pPr>
        <w:pStyle w:val="ListBullet2"/>
        <w:rPr>
          <w:rFonts w:asciiTheme="majorHAnsi" w:hAnsiTheme="majorHAnsi" w:cstheme="majorHAnsi"/>
        </w:rPr>
      </w:pPr>
      <w:r w:rsidRPr="00366426">
        <w:rPr>
          <w:rFonts w:asciiTheme="majorHAnsi" w:hAnsiTheme="majorHAnsi" w:cstheme="majorHAnsi"/>
        </w:rPr>
        <w:t>Foster inclusive practice and promote social interaction, self-regulation and confidence through outdoor learning.</w:t>
      </w:r>
    </w:p>
    <w:p w14:paraId="4462F822" w14:textId="3FDC5227" w:rsidR="001E7AC5" w:rsidRPr="00366426" w:rsidRDefault="00366426">
      <w:pPr>
        <w:pStyle w:val="ListBullet2"/>
        <w:rPr>
          <w:rFonts w:asciiTheme="majorHAnsi" w:hAnsiTheme="majorHAnsi" w:cstheme="majorHAnsi"/>
        </w:rPr>
      </w:pPr>
      <w:r w:rsidRPr="00366426">
        <w:rPr>
          <w:rFonts w:asciiTheme="majorHAnsi" w:hAnsiTheme="majorHAnsi" w:cstheme="majorHAnsi"/>
        </w:rPr>
        <w:t>Build therapeutic relationships and use restorative approaches in line with the school’s SEMH ethos.</w:t>
      </w:r>
    </w:p>
    <w:p w14:paraId="23D6052C" w14:textId="2F7CE4E9" w:rsidR="001E7AC5" w:rsidRPr="00366426" w:rsidRDefault="00366426">
      <w:pPr>
        <w:pStyle w:val="ListBullet2"/>
        <w:rPr>
          <w:rFonts w:asciiTheme="majorHAnsi" w:hAnsiTheme="majorHAnsi" w:cstheme="majorHAnsi"/>
        </w:rPr>
      </w:pPr>
      <w:r w:rsidRPr="00366426">
        <w:rPr>
          <w:rFonts w:asciiTheme="majorHAnsi" w:hAnsiTheme="majorHAnsi" w:cstheme="majorHAnsi"/>
        </w:rPr>
        <w:t>Work collaboratively with therapists, mentors and teaching teams.</w:t>
      </w:r>
    </w:p>
    <w:p w14:paraId="64913423" w14:textId="77777777" w:rsidR="001E7AC5" w:rsidRPr="00366426" w:rsidRDefault="00366426" w:rsidP="00546F11">
      <w:pPr>
        <w:pStyle w:val="ListBullet"/>
        <w:numPr>
          <w:ilvl w:val="0"/>
          <w:numId w:val="0"/>
        </w:numPr>
        <w:ind w:left="360" w:hanging="360"/>
        <w:rPr>
          <w:rFonts w:asciiTheme="majorHAnsi" w:hAnsiTheme="majorHAnsi" w:cstheme="majorHAnsi"/>
          <w:b/>
          <w:bCs/>
        </w:rPr>
      </w:pPr>
      <w:r w:rsidRPr="00366426">
        <w:rPr>
          <w:rFonts w:asciiTheme="majorHAnsi" w:hAnsiTheme="majorHAnsi" w:cstheme="majorHAnsi"/>
          <w:b/>
          <w:bCs/>
        </w:rPr>
        <w:t>Professional Responsibilities</w:t>
      </w:r>
    </w:p>
    <w:p w14:paraId="318A03AC" w14:textId="2C031514" w:rsidR="001E7AC5" w:rsidRPr="00366426" w:rsidRDefault="00366426">
      <w:pPr>
        <w:pStyle w:val="ListBullet2"/>
        <w:rPr>
          <w:rFonts w:asciiTheme="majorHAnsi" w:hAnsiTheme="majorHAnsi" w:cstheme="majorHAnsi"/>
        </w:rPr>
      </w:pPr>
      <w:r w:rsidRPr="00366426">
        <w:rPr>
          <w:rFonts w:asciiTheme="majorHAnsi" w:hAnsiTheme="majorHAnsi" w:cstheme="majorHAnsi"/>
        </w:rPr>
        <w:t>Participate in CPD and relevant meetings.</w:t>
      </w:r>
    </w:p>
    <w:p w14:paraId="16BBB8FA" w14:textId="4571A378" w:rsidR="001E7AC5" w:rsidRPr="00366426" w:rsidRDefault="00366426">
      <w:pPr>
        <w:pStyle w:val="ListBullet2"/>
        <w:rPr>
          <w:rFonts w:asciiTheme="majorHAnsi" w:hAnsiTheme="majorHAnsi" w:cstheme="majorHAnsi"/>
        </w:rPr>
      </w:pPr>
      <w:r w:rsidRPr="00366426">
        <w:rPr>
          <w:rFonts w:asciiTheme="majorHAnsi" w:hAnsiTheme="majorHAnsi" w:cstheme="majorHAnsi"/>
        </w:rPr>
        <w:t>Uphold school values in all interactions.</w:t>
      </w:r>
    </w:p>
    <w:p w14:paraId="3AB3F9FB" w14:textId="127BC49E" w:rsidR="001E7AC5" w:rsidRPr="00366426" w:rsidRDefault="00366426">
      <w:pPr>
        <w:pStyle w:val="ListBullet2"/>
        <w:rPr>
          <w:rFonts w:asciiTheme="majorHAnsi" w:hAnsiTheme="majorHAnsi" w:cstheme="majorHAnsi"/>
        </w:rPr>
      </w:pPr>
      <w:r w:rsidRPr="00366426">
        <w:rPr>
          <w:rFonts w:asciiTheme="majorHAnsi" w:hAnsiTheme="majorHAnsi" w:cstheme="majorHAnsi"/>
        </w:rPr>
        <w:t>Contribute to the wider life of the school including themed days and enrichment.</w:t>
      </w:r>
    </w:p>
    <w:p w14:paraId="2589DDA3" w14:textId="77777777" w:rsidR="001E7AC5" w:rsidRDefault="00366426">
      <w:pPr>
        <w:pStyle w:val="Heading2"/>
        <w:rPr>
          <w:rFonts w:cstheme="majorHAnsi"/>
          <w:color w:val="auto"/>
          <w:sz w:val="22"/>
          <w:szCs w:val="22"/>
        </w:rPr>
      </w:pPr>
      <w:r w:rsidRPr="00366426">
        <w:rPr>
          <w:rFonts w:cstheme="majorHAnsi"/>
          <w:color w:val="auto"/>
          <w:sz w:val="22"/>
          <w:szCs w:val="22"/>
        </w:rPr>
        <w:t>Person Specification</w:t>
      </w:r>
    </w:p>
    <w:p w14:paraId="10285E0B" w14:textId="187D0E18" w:rsidR="00366426" w:rsidRDefault="00366426" w:rsidP="00366426">
      <w:pPr>
        <w:rPr>
          <w:rFonts w:asciiTheme="majorHAnsi" w:hAnsiTheme="majorHAnsi" w:cstheme="majorHAnsi"/>
          <w:b/>
          <w:bCs/>
        </w:rPr>
      </w:pPr>
      <w:r w:rsidRPr="00366426">
        <w:rPr>
          <w:rFonts w:asciiTheme="majorHAnsi" w:hAnsiTheme="majorHAnsi" w:cstheme="majorHAnsi"/>
          <w:b/>
          <w:bCs/>
        </w:rPr>
        <w:t>Essential</w:t>
      </w:r>
    </w:p>
    <w:p w14:paraId="719AABE2" w14:textId="1A6892E3"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Level 3 Forest School Leader diploma</w:t>
      </w:r>
    </w:p>
    <w:p w14:paraId="4A62D343" w14:textId="5A288276"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Experience working with children or young people in outdoor education</w:t>
      </w:r>
    </w:p>
    <w:p w14:paraId="26880B2D" w14:textId="21E8E76A"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Experience working with children with SEMH or SEN</w:t>
      </w:r>
    </w:p>
    <w:p w14:paraId="1FA4E381" w14:textId="79A3A68C"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Strong communication and relational practice skills</w:t>
      </w:r>
    </w:p>
    <w:p w14:paraId="2E785F5A" w14:textId="57CA8A85"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Ability to plan and lead outdoor learning sessions</w:t>
      </w:r>
    </w:p>
    <w:p w14:paraId="40124C83" w14:textId="075D9BEC"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Understanding of safeguarding and behaviour regulation strategies</w:t>
      </w:r>
    </w:p>
    <w:p w14:paraId="28E7734E" w14:textId="1F301D18" w:rsidR="00366426" w:rsidRDefault="00366426" w:rsidP="00366426">
      <w:pPr>
        <w:pStyle w:val="ListParagraph"/>
        <w:numPr>
          <w:ilvl w:val="0"/>
          <w:numId w:val="11"/>
        </w:numPr>
        <w:rPr>
          <w:rFonts w:asciiTheme="majorHAnsi" w:hAnsiTheme="majorHAnsi" w:cstheme="majorHAnsi"/>
        </w:rPr>
      </w:pPr>
      <w:r w:rsidRPr="00366426">
        <w:rPr>
          <w:rFonts w:asciiTheme="majorHAnsi" w:hAnsiTheme="majorHAnsi" w:cstheme="majorHAnsi"/>
        </w:rPr>
        <w:t xml:space="preserve">Full UK driving </w:t>
      </w:r>
      <w:proofErr w:type="spellStart"/>
      <w:r w:rsidRPr="00366426">
        <w:rPr>
          <w:rFonts w:asciiTheme="majorHAnsi" w:hAnsiTheme="majorHAnsi" w:cstheme="majorHAnsi"/>
        </w:rPr>
        <w:t>licence</w:t>
      </w:r>
      <w:proofErr w:type="spellEnd"/>
      <w:r w:rsidRPr="00366426">
        <w:rPr>
          <w:rFonts w:asciiTheme="majorHAnsi" w:hAnsiTheme="majorHAnsi" w:cstheme="majorHAnsi"/>
        </w:rPr>
        <w:t xml:space="preserve"> and access to transport</w:t>
      </w:r>
    </w:p>
    <w:p w14:paraId="034090C4" w14:textId="10FD64E5" w:rsidR="00366426" w:rsidRDefault="00366426" w:rsidP="00366426">
      <w:pPr>
        <w:rPr>
          <w:rFonts w:asciiTheme="majorHAnsi" w:hAnsiTheme="majorHAnsi" w:cstheme="majorHAnsi"/>
          <w:b/>
          <w:bCs/>
        </w:rPr>
      </w:pPr>
      <w:r w:rsidRPr="00366426">
        <w:rPr>
          <w:rFonts w:asciiTheme="majorHAnsi" w:hAnsiTheme="majorHAnsi" w:cstheme="majorHAnsi"/>
          <w:b/>
          <w:bCs/>
        </w:rPr>
        <w:t>Desirable</w:t>
      </w:r>
    </w:p>
    <w:p w14:paraId="6B90E6AF" w14:textId="77777777" w:rsidR="00366426" w:rsidRPr="00366426" w:rsidRDefault="00366426" w:rsidP="00366426">
      <w:pPr>
        <w:pStyle w:val="ListParagraph"/>
        <w:numPr>
          <w:ilvl w:val="0"/>
          <w:numId w:val="14"/>
        </w:numPr>
        <w:rPr>
          <w:rFonts w:asciiTheme="majorHAnsi" w:hAnsiTheme="majorHAnsi" w:cstheme="majorHAnsi"/>
        </w:rPr>
      </w:pPr>
      <w:r w:rsidRPr="00366426">
        <w:rPr>
          <w:rFonts w:asciiTheme="majorHAnsi" w:hAnsiTheme="majorHAnsi" w:cstheme="majorHAnsi"/>
        </w:rPr>
        <w:t xml:space="preserve">GCSE English and </w:t>
      </w:r>
      <w:proofErr w:type="spellStart"/>
      <w:r w:rsidRPr="00366426">
        <w:rPr>
          <w:rFonts w:asciiTheme="majorHAnsi" w:hAnsiTheme="majorHAnsi" w:cstheme="majorHAnsi"/>
        </w:rPr>
        <w:t>Maths</w:t>
      </w:r>
      <w:proofErr w:type="spellEnd"/>
    </w:p>
    <w:p w14:paraId="30B42A58" w14:textId="54BC3BFA" w:rsidR="00366426" w:rsidRPr="00366426" w:rsidRDefault="00366426" w:rsidP="00366426">
      <w:pPr>
        <w:pStyle w:val="ListParagraph"/>
        <w:numPr>
          <w:ilvl w:val="0"/>
          <w:numId w:val="12"/>
        </w:numPr>
        <w:rPr>
          <w:rFonts w:asciiTheme="majorHAnsi" w:hAnsiTheme="majorHAnsi" w:cstheme="majorHAnsi"/>
        </w:rPr>
      </w:pPr>
      <w:r w:rsidRPr="00366426">
        <w:rPr>
          <w:rFonts w:asciiTheme="majorHAnsi" w:hAnsiTheme="majorHAnsi" w:cstheme="majorHAnsi"/>
        </w:rPr>
        <w:t>Outdoor First Aid qualification</w:t>
      </w:r>
    </w:p>
    <w:p w14:paraId="444288FC" w14:textId="77777777" w:rsidR="0014193C" w:rsidRPr="00366426" w:rsidRDefault="0014193C">
      <w:pPr>
        <w:rPr>
          <w:rFonts w:asciiTheme="majorHAnsi" w:hAnsiTheme="majorHAnsi" w:cstheme="majorHAnsi"/>
        </w:rPr>
      </w:pPr>
    </w:p>
    <w:sectPr w:rsidR="0014193C" w:rsidRPr="00366426"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FAA7E" w14:textId="77777777" w:rsidR="00366426" w:rsidRDefault="00366426" w:rsidP="00366426">
      <w:pPr>
        <w:spacing w:after="0" w:line="240" w:lineRule="auto"/>
      </w:pPr>
      <w:r>
        <w:separator/>
      </w:r>
    </w:p>
  </w:endnote>
  <w:endnote w:type="continuationSeparator" w:id="0">
    <w:p w14:paraId="45EE2FFB" w14:textId="77777777" w:rsidR="00366426" w:rsidRDefault="00366426" w:rsidP="00366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33577" w14:textId="77777777" w:rsidR="00366426" w:rsidRDefault="00366426" w:rsidP="00366426">
      <w:pPr>
        <w:spacing w:after="0" w:line="240" w:lineRule="auto"/>
      </w:pPr>
      <w:r>
        <w:separator/>
      </w:r>
    </w:p>
  </w:footnote>
  <w:footnote w:type="continuationSeparator" w:id="0">
    <w:p w14:paraId="2A8D22CF" w14:textId="77777777" w:rsidR="00366426" w:rsidRDefault="00366426" w:rsidP="00366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A022" w14:textId="4B9D3473" w:rsidR="00366426" w:rsidRDefault="00366426">
    <w:pPr>
      <w:pStyle w:val="Header"/>
    </w:pPr>
    <w:r>
      <w:rPr>
        <w:noProof/>
      </w:rPr>
      <w:drawing>
        <wp:anchor distT="0" distB="0" distL="114300" distR="114300" simplePos="0" relativeHeight="251659264" behindDoc="0" locked="0" layoutInCell="1" allowOverlap="1" wp14:anchorId="68F2000F" wp14:editId="7A1932CE">
          <wp:simplePos x="0" y="0"/>
          <wp:positionH relativeFrom="margin">
            <wp:posOffset>2291861</wp:posOffset>
          </wp:positionH>
          <wp:positionV relativeFrom="paragraph">
            <wp:posOffset>-387155</wp:posOffset>
          </wp:positionV>
          <wp:extent cx="809625" cy="809625"/>
          <wp:effectExtent l="0" t="0" r="9525" b="9525"/>
          <wp:wrapSquare wrapText="bothSides"/>
          <wp:docPr id="93458915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89150"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450C14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B5507F"/>
    <w:multiLevelType w:val="hybridMultilevel"/>
    <w:tmpl w:val="D226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F51C6"/>
    <w:multiLevelType w:val="hybridMultilevel"/>
    <w:tmpl w:val="B5EC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0C490B"/>
    <w:multiLevelType w:val="hybridMultilevel"/>
    <w:tmpl w:val="F25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FF031B"/>
    <w:multiLevelType w:val="hybridMultilevel"/>
    <w:tmpl w:val="8ADC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F10243"/>
    <w:multiLevelType w:val="hybridMultilevel"/>
    <w:tmpl w:val="FADC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975002">
    <w:abstractNumId w:val="8"/>
  </w:num>
  <w:num w:numId="2" w16cid:durableId="1587887079">
    <w:abstractNumId w:val="6"/>
  </w:num>
  <w:num w:numId="3" w16cid:durableId="434178562">
    <w:abstractNumId w:val="5"/>
  </w:num>
  <w:num w:numId="4" w16cid:durableId="735518239">
    <w:abstractNumId w:val="4"/>
  </w:num>
  <w:num w:numId="5" w16cid:durableId="526068348">
    <w:abstractNumId w:val="7"/>
  </w:num>
  <w:num w:numId="6" w16cid:durableId="468669489">
    <w:abstractNumId w:val="3"/>
  </w:num>
  <w:num w:numId="7" w16cid:durableId="618950785">
    <w:abstractNumId w:val="2"/>
  </w:num>
  <w:num w:numId="8" w16cid:durableId="1782527577">
    <w:abstractNumId w:val="1"/>
  </w:num>
  <w:num w:numId="9" w16cid:durableId="2014262778">
    <w:abstractNumId w:val="0"/>
  </w:num>
  <w:num w:numId="10" w16cid:durableId="1506819052">
    <w:abstractNumId w:val="10"/>
  </w:num>
  <w:num w:numId="11" w16cid:durableId="1612206231">
    <w:abstractNumId w:val="13"/>
  </w:num>
  <w:num w:numId="12" w16cid:durableId="1522547134">
    <w:abstractNumId w:val="12"/>
  </w:num>
  <w:num w:numId="13" w16cid:durableId="1714380472">
    <w:abstractNumId w:val="9"/>
  </w:num>
  <w:num w:numId="14" w16cid:durableId="20676847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29FB"/>
    <w:rsid w:val="0006063C"/>
    <w:rsid w:val="0014193C"/>
    <w:rsid w:val="0015074B"/>
    <w:rsid w:val="001E7AC5"/>
    <w:rsid w:val="0029639D"/>
    <w:rsid w:val="00326F90"/>
    <w:rsid w:val="00354215"/>
    <w:rsid w:val="00366426"/>
    <w:rsid w:val="00501518"/>
    <w:rsid w:val="00546F11"/>
    <w:rsid w:val="00577DBC"/>
    <w:rsid w:val="007150D7"/>
    <w:rsid w:val="0086758E"/>
    <w:rsid w:val="008F2815"/>
    <w:rsid w:val="009B2C6F"/>
    <w:rsid w:val="00AA1D8D"/>
    <w:rsid w:val="00AC7DAA"/>
    <w:rsid w:val="00B47730"/>
    <w:rsid w:val="00CB0664"/>
    <w:rsid w:val="00D20DB8"/>
    <w:rsid w:val="00FC693F"/>
    <w:rsid w:val="00FD79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3AF6AA"/>
  <w14:defaultImageDpi w14:val="300"/>
  <w15:docId w15:val="{CCEA7854-0970-4939-A92F-CC232379E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498</Words>
  <Characters>2845</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Tiffany Higgins</cp:lastModifiedBy>
  <cp:revision>2</cp:revision>
  <dcterms:created xsi:type="dcterms:W3CDTF">2025-07-25T16:03:00Z</dcterms:created>
  <dcterms:modified xsi:type="dcterms:W3CDTF">2025-07-25T16:03:00Z</dcterms:modified>
  <cp:category/>
</cp:coreProperties>
</file>